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Times New Roman" w:hAnsi="Times New Roman" w:cs="Times New Roman" w:eastAsia="Times New Roman"/>
          <w:b/>
          <w:i w:val="0"/>
          <w:sz w:val="26"/>
        </w:rPr>
        <w:t>ДОВЕРЕННОСТЬ</w:t>
      </w:r>
    </w:p>
    <w:p>
      <w:pPr>
        <w:spacing w:after="160"/>
        <w:jc w:val="center"/>
      </w:pPr>
      <w:r>
        <w:rPr>
          <w:rFonts w:ascii="Times New Roman" w:hAnsi="Times New Roman" w:cs="Times New Roman" w:eastAsia="Times New Roman"/>
          <w:b/>
          <w:i w:val="0"/>
        </w:rPr>
        <w:t>на участие и голосование на общем собрании собственников помещений в многоквартирном доме</w:t>
      </w:r>
    </w:p>
    <w:p>
      <w:r>
        <w:rPr>
          <w:rFonts w:ascii="Times New Roman" w:hAnsi="Times New Roman" w:cs="Times New Roman" w:eastAsia="Times New Roman"/>
          <w:b w:val="0"/>
          <w:i w:val="0"/>
        </w:rPr>
        <w:t xml:space="preserve">г.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[город]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                                                                        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 прописью]</w:t>
      </w:r>
    </w:p>
    <w:p>
      <w:pPr>
        <w:spacing w:before="120"/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Я,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[фамилия, имя, отчество]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 рождения]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года рождения, паспорт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[серия, номер]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выдан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[кем и когда]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код подразделения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зарегистрированный(ая) по адресу: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[адрес]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являющийся(аяся) собственником помещения №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в многоквартирном доме по адресу: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[адрес дома]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(запись о государственной регистрации права №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от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i w:val="0"/>
        </w:rPr>
        <w:t>),</w:t>
      </w:r>
    </w:p>
    <w:p>
      <w:pPr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настоящей доверенностью уполномочиваю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[фамилия, имя, отчество]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 рождения]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года рождения, паспорт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[серия, номер]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выдан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[кем и когда]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код подразделения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зарегистрированного(ую) по адресу: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[адрес]</w:t>
      </w:r>
      <w:r>
        <w:rPr>
          <w:rFonts w:ascii="Times New Roman" w:hAnsi="Times New Roman" w:cs="Times New Roman" w:eastAsia="Times New Roman"/>
          <w:b w:val="0"/>
          <w:i w:val="0"/>
        </w:rPr>
        <w:t>,</w:t>
      </w:r>
    </w:p>
    <w:p>
      <w:pPr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представлять мои интересы как собственника указанного помещения на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[внеочередном общем собрании собственников помещений в указанном доме, проводимом с __ по __ / всех общих собраниях собственников помещений в указанном доме, проводимых в течение срока действия доверенности]</w:t>
      </w:r>
      <w:r>
        <w:rPr>
          <w:rFonts w:ascii="Times New Roman" w:hAnsi="Times New Roman" w:cs="Times New Roman" w:eastAsia="Times New Roman"/>
          <w:b w:val="0"/>
          <w:i w:val="0"/>
        </w:rPr>
        <w:t>, в том числе:</w:t>
      </w:r>
    </w:p>
    <w:p>
      <w:pPr>
        <w:spacing w:after="40"/>
        <w:ind w:left="510" w:hanging="283"/>
      </w:pPr>
      <w:r>
        <w:rPr>
          <w:rFonts w:ascii="Times New Roman" w:hAnsi="Times New Roman" w:cs="Times New Roman" w:eastAsia="Times New Roman"/>
          <w:b w:val="0"/>
          <w:i w:val="0"/>
        </w:rPr>
        <w:t>•  регистрироваться и участвовать в очном обсуждении вопросов повестки дня;</w:t>
      </w:r>
    </w:p>
    <w:p>
      <w:pPr>
        <w:spacing w:after="40"/>
        <w:ind w:left="510" w:hanging="283"/>
      </w:pPr>
      <w:r>
        <w:rPr>
          <w:rFonts w:ascii="Times New Roman" w:hAnsi="Times New Roman" w:cs="Times New Roman" w:eastAsia="Times New Roman"/>
          <w:b w:val="0"/>
          <w:i w:val="0"/>
        </w:rPr>
        <w:t>•  голосовать по всем вопросам повестки дня по своему усмотрению;</w:t>
      </w:r>
    </w:p>
    <w:p>
      <w:pPr>
        <w:spacing w:after="40"/>
        <w:ind w:left="510" w:hanging="283"/>
      </w:pPr>
      <w:r>
        <w:rPr>
          <w:rFonts w:ascii="Times New Roman" w:hAnsi="Times New Roman" w:cs="Times New Roman" w:eastAsia="Times New Roman"/>
          <w:b w:val="0"/>
          <w:i w:val="0"/>
        </w:rPr>
        <w:t>•  заполнять и подписывать от моего имени решения (бюллетени) и передавать их инициатору собрания;</w:t>
      </w:r>
    </w:p>
    <w:p>
      <w:pPr>
        <w:spacing w:after="40"/>
        <w:ind w:left="510" w:hanging="283"/>
      </w:pPr>
      <w:r>
        <w:rPr>
          <w:rFonts w:ascii="Times New Roman" w:hAnsi="Times New Roman" w:cs="Times New Roman" w:eastAsia="Times New Roman"/>
          <w:b w:val="0"/>
          <w:i w:val="0"/>
        </w:rPr>
        <w:t xml:space="preserve">• 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[избираться председателем, секретарем, членом счетной комиссии собрания и подписывать протокол]</w:t>
      </w:r>
      <w:r>
        <w:rPr>
          <w:rFonts w:ascii="Times New Roman" w:hAnsi="Times New Roman" w:cs="Times New Roman" w:eastAsia="Times New Roman"/>
          <w:b w:val="0"/>
          <w:i w:val="0"/>
        </w:rPr>
        <w:t>;</w:t>
      </w:r>
    </w:p>
    <w:p>
      <w:pPr>
        <w:spacing w:after="40"/>
        <w:ind w:left="510" w:hanging="283"/>
      </w:pPr>
      <w:r>
        <w:rPr>
          <w:rFonts w:ascii="Times New Roman" w:hAnsi="Times New Roman" w:cs="Times New Roman" w:eastAsia="Times New Roman"/>
          <w:b w:val="0"/>
          <w:i w:val="0"/>
        </w:rPr>
        <w:t>•  знакомиться с материалами собрания и получать их копии.</w:t>
      </w:r>
    </w:p>
    <w:p>
      <w:pPr>
        <w:spacing w:before="80"/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Доверенность выдана сроком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[на __ / до 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без права передоверия.</w:t>
      </w:r>
    </w:p>
    <w:p/>
    <w:p>
      <w:r>
        <w:rPr>
          <w:rFonts w:ascii="Times New Roman" w:hAnsi="Times New Roman" w:cs="Times New Roman" w:eastAsia="Times New Roman"/>
          <w:b w:val="0"/>
          <w:i w:val="0"/>
        </w:rPr>
        <w:t xml:space="preserve">Подпись доверителя: ____________ /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[Фамилия И.О.]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/</w:t>
      </w:r>
    </w:p>
    <w:p/>
    <w:p>
      <w:pPr>
        <w:spacing w:before="120"/>
      </w:pPr>
      <w:r>
        <w:rPr>
          <w:rFonts w:ascii="Times New Roman" w:hAnsi="Times New Roman" w:cs="Times New Roman" w:eastAsia="Times New Roman"/>
          <w:b w:val="0"/>
          <w:i w:val="0"/>
        </w:rPr>
        <w:t>Удостоверительная надпись: ____________________________________________</w:t>
      </w:r>
    </w:p>
    <w:p/>
    <w:p>
      <w:r>
        <w:rPr>
          <w:rFonts w:ascii="Times New Roman" w:hAnsi="Times New Roman" w:cs="Times New Roman" w:eastAsia="Times New Roman"/>
          <w:b w:val="0"/>
          <w:i/>
          <w:sz w:val="20"/>
          <w:highlight w:val="yellow"/>
        </w:rPr>
        <w:t>[Пояснение, удалить перед печатью: доверенность должна содержать имя, место жительства и паспортные данные доверителя и представителя и быть оформлена по п. 3 и 4 ст. 185.1 ГК РФ или удостоверена нотариально (ч. 2 ст. 48 ЖК РФ). Самый надежный вариант - нотариальная доверенность: голоса по доверенностям без удостоверения суды оценивают по-разному. От юридического лица доверенность подписывает руководитель (п. 4 ст. 185.1 ГК РФ). Законным представителям несовершеннолетних доверенность не нужна, достаточно свидетельства о рождении.]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rPr>
          <w:rFonts w:ascii="Times New Roman" w:hAnsi="Times New Roman" w:cs="Times New Roman"/>
          <w:sz w:val="20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Times New Roman" w:hAnsi="Times New Roman" w:cs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Times New Roman" w:hAnsi="Times New Roman" w:cs="Times New Roman" w:eastAsia="Times New Roman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cs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участие и голосование на общем собрании собственников</dc:title>
  <dc:subject/>
  <dc:creator>Александр Анишин</dc:creator>
  <cp:keywords/>
  <dc:description/>
  <cp:lastModifiedBy>Александр Анишин</cp:lastModifiedBy>
  <cp:revision>1</cp:revision>
  <dcterms:created xsi:type="dcterms:W3CDTF">2026-10-23T15:24:35Z</dcterms:created>
  <dcterms:modified xsi:type="dcterms:W3CDTF">2026-10-23T15:24:35Z</dcterms:modified>
  <cp:category/>
  <cp:contentStatus/>
  <dc:identifier/>
  <cp:version/>
  <dc:language>ru-RU</dc:language>
</cp:coreProperties>
</file>