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Приложение №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 к протоколу общего собрания собственников помещений в многоквартирном доме №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 от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[дата]</w:t>
      </w:r>
    </w:p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6"/>
        </w:rPr>
        <w:t>РЕЕСТР</w:t>
      </w:r>
    </w:p>
    <w:p>
      <w:pPr>
        <w:spacing w:after="160"/>
        <w:jc w:val="center"/>
      </w:pPr>
      <w:r>
        <w:rPr>
          <w:rFonts w:ascii="Times New Roman" w:hAnsi="Times New Roman" w:cs="Times New Roman" w:eastAsia="Times New Roman"/>
          <w:b/>
          <w:i w:val="0"/>
        </w:rPr>
        <w:t xml:space="preserve">вручения сообщений о проведении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[внеочередного / годового]</w:t>
      </w:r>
      <w:r>
        <w:rPr>
          <w:rFonts w:ascii="Times New Roman" w:hAnsi="Times New Roman" w:cs="Times New Roman" w:eastAsia="Times New Roman"/>
          <w:b/>
          <w:i w:val="0"/>
        </w:rPr>
        <w:t xml:space="preserve"> общего собрания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/>
          <w:i w:val="0"/>
        </w:rPr>
        <w:t xml:space="preserve">, очная часть которого назначена на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[дата]</w:t>
      </w:r>
    </w:p>
    <w:tbl>
      <w:tblPr>
        <w:tblStyle w:val="TableGrid"/>
        <w:tblW w:type="dxa" w:w="9525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1361"/>
        <w:gridCol w:w="4195"/>
        <w:gridCol w:w="1701"/>
        <w:gridCol w:w="1701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№</w:t>
            </w:r>
          </w:p>
        </w:tc>
        <w:tc>
          <w:tcPr>
            <w:tcW w:type="dxa" w:w="1361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Помещение №</w:t>
            </w:r>
          </w:p>
        </w:tc>
        <w:tc>
          <w:tcPr>
            <w:tcW w:type="dxa" w:w="4195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ФИО собственника (представителя)</w:t>
            </w:r>
          </w:p>
        </w:tc>
        <w:tc>
          <w:tcPr>
            <w:tcW w:type="dxa" w:w="1701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Дата получения</w:t>
            </w:r>
          </w:p>
        </w:tc>
        <w:tc>
          <w:tcPr>
            <w:tcW w:type="dxa" w:w="1701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3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4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5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6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7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8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9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10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11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12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13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14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15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16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17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18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19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20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21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22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23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24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25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419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</w:tbl>
    <w:p>
      <w:pPr>
        <w:spacing w:after="40"/>
      </w:pPr>
    </w:p>
    <w:p>
      <w:pPr>
        <w:spacing w:before="80"/>
      </w:pPr>
      <w:r>
        <w:rPr>
          <w:rFonts w:ascii="Times New Roman" w:hAnsi="Times New Roman" w:cs="Times New Roman" w:eastAsia="Times New Roman"/>
          <w:b w:val="0"/>
          <w:i w:val="0"/>
        </w:rPr>
        <w:t xml:space="preserve">Вручил: 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</w:t>
      </w:r>
    </w:p>
    <w:p>
      <w:r>
        <w:br w:type="page"/>
      </w:r>
    </w:p>
    <w:p>
      <w:pPr>
        <w:jc w:val="right"/>
      </w:pP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Приложение №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 к протоколу общего собрания собственников помещений в многоквартирном доме №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 от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[дата]</w:t>
      </w:r>
    </w:p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6"/>
        </w:rPr>
        <w:t>АКТ</w:t>
      </w:r>
    </w:p>
    <w:p>
      <w:pPr>
        <w:spacing w:after="160"/>
        <w:jc w:val="center"/>
      </w:pPr>
      <w:r>
        <w:rPr>
          <w:rFonts w:ascii="Times New Roman" w:hAnsi="Times New Roman" w:cs="Times New Roman" w:eastAsia="Times New Roman"/>
          <w:b/>
          <w:i w:val="0"/>
        </w:rPr>
        <w:t>о размещении сообщения о проведении</w:t>
      </w:r>
    </w:p>
    <w:p>
      <w:r>
        <w:rPr>
          <w:rFonts w:ascii="Times New Roman" w:hAnsi="Times New Roman" w:cs="Times New Roman" w:eastAsia="Times New Roman"/>
          <w:b w:val="0"/>
          <w:i w:val="0"/>
        </w:rPr>
        <w:t xml:space="preserve">г.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[город]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                                                                                   «___» __________ 20__ г.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Мы, нижеподписавшиеся собственники помещений в многоквартирном доме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составили настоящий акт о том, что «___» __________ 20__ г. в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[время]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Сообщения о проведении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[внеочередного / годового]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общего собрания собственников помещений,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[назначенного на __ / проведенного с __ по __]</w:t>
      </w:r>
      <w:r>
        <w:rPr>
          <w:rFonts w:ascii="Times New Roman" w:hAnsi="Times New Roman" w:cs="Times New Roman" w:eastAsia="Times New Roman"/>
          <w:b w:val="0"/>
          <w:i w:val="0"/>
        </w:rPr>
        <w:t>, размещено: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 xml:space="preserve">•  на досках объявлений во всех подъездах дома: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[подъезды № __ - __]</w:t>
      </w:r>
      <w:r>
        <w:rPr>
          <w:rFonts w:ascii="Times New Roman" w:hAnsi="Times New Roman" w:cs="Times New Roman" w:eastAsia="Times New Roman"/>
          <w:b w:val="0"/>
          <w:i w:val="0"/>
        </w:rPr>
        <w:t>;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 xml:space="preserve">• 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[на информационном стенде в пределах земельного участка: место]</w:t>
      </w:r>
      <w:r>
        <w:rPr>
          <w:rFonts w:ascii="Times New Roman" w:hAnsi="Times New Roman" w:cs="Times New Roman" w:eastAsia="Times New Roman"/>
          <w:b w:val="0"/>
          <w:i w:val="0"/>
        </w:rPr>
        <w:t>;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 xml:space="preserve">•  в ГИС ЖКХ «___» __________ 20__ г., идентификатор сообщения: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spacing w:before="80"/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>Размещение подтверждается фотографиями с датой съемки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[количество]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шт.), которые являются приложением к настоящему акту.</w:t>
      </w:r>
    </w:p>
    <w:tbl>
      <w:tblPr>
        <w:tblStyle w:val="TableGrid"/>
        <w:tblW w:type="dxa" w:w="9524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4535"/>
        <w:gridCol w:w="1701"/>
        <w:gridCol w:w="2721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№</w:t>
            </w:r>
          </w:p>
        </w:tc>
        <w:tc>
          <w:tcPr>
            <w:tcW w:type="dxa" w:w="4535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Фамилия И.О.</w:t>
            </w:r>
          </w:p>
        </w:tc>
        <w:tc>
          <w:tcPr>
            <w:tcW w:type="dxa" w:w="1701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Помещение №</w:t>
            </w:r>
          </w:p>
        </w:tc>
        <w:tc>
          <w:tcPr>
            <w:tcW w:type="dxa" w:w="2721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</w:t>
            </w:r>
          </w:p>
        </w:tc>
        <w:tc>
          <w:tcPr>
            <w:tcW w:type="dxa" w:w="45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272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</w:t>
            </w:r>
          </w:p>
        </w:tc>
        <w:tc>
          <w:tcPr>
            <w:tcW w:type="dxa" w:w="45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272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3</w:t>
            </w:r>
          </w:p>
        </w:tc>
        <w:tc>
          <w:tcPr>
            <w:tcW w:type="dxa" w:w="45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272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вручения сообщений и акт о размещении сообщения</dc:title>
  <dc:subject/>
  <dc:creator>Александр Анишин</dc:creator>
  <cp:keywords/>
  <dc:description/>
  <cp:lastModifiedBy>Александр Анишин</cp:lastModifiedBy>
  <cp:revision>1</cp:revision>
  <dcterms:created xsi:type="dcterms:W3CDTF">2026-10-23T15:24:35Z</dcterms:created>
  <dcterms:modified xsi:type="dcterms:W3CDTF">2026-10-23T15:24:35Z</dcterms:modified>
  <cp:category/>
  <cp:contentStatus/>
  <dc:identifier/>
  <cp:version/>
  <dc:language>ru-RU</dc:language>
</cp:coreProperties>
</file>